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Name</w:t>
      </w:r>
    </w:p>
    <w:p>
      <w:r>
        <w:t>[City, country] | [Professional email] | [Relevant portfolio URL]</w:t>
      </w:r>
    </w:p>
    <w:p>
      <w:r>
        <w:t>[Target role]</w:t>
      </w:r>
    </w:p>
    <w:p>
      <w:pPr>
        <w:pStyle w:val="Heading1"/>
      </w:pPr>
      <w:r>
        <w:t>Profile</w:t>
      </w:r>
    </w:p>
    <w:p>
      <w:r>
        <w:t>[Write two lines connecting your actual studies, projects or volunteering to the target role. Delete this section if it repeats the rest of the resume.]</w:t>
      </w:r>
    </w:p>
    <w:p>
      <w:pPr>
        <w:pStyle w:val="Heading1"/>
      </w:pPr>
      <w:r>
        <w:t>Education</w:t>
      </w:r>
    </w:p>
    <w:p>
      <w:pPr/>
      <w:r>
        <w:t>[Qualification and subject] | [Institution]</w:t>
      </w:r>
    </w:p>
    <w:p>
      <w:r>
        <w:t>[Completed or expected completion month and year]</w:t>
      </w:r>
    </w:p>
    <w:p>
      <w:r>
        <w:t>[Relevant coursework or an academic achievement you can support.]</w:t>
      </w:r>
    </w:p>
    <w:p>
      <w:pPr>
        <w:pStyle w:val="Heading1"/>
      </w:pPr>
      <w:r>
        <w:t>Projects</w:t>
      </w:r>
    </w:p>
    <w:p>
      <w:r>
        <w:t>[Project name] | [Class, personal or volunteer project] | [Dates]</w:t>
      </w:r>
    </w:p>
    <w:p>
      <w:pPr>
        <w:pStyle w:val="ListBullet"/>
      </w:pPr>
      <w:r>
        <w:t>[Describe your own action, the tools you used and the scope of the task.]</w:t>
      </w:r>
    </w:p>
    <w:p>
      <w:pPr>
        <w:pStyle w:val="ListBullet"/>
      </w:pPr>
      <w:r>
        <w:t>[Describe the result you can verify. Omit a number when it is unknown.]</w:t>
      </w:r>
    </w:p>
    <w:p>
      <w:r>
        <w:t>[Second relevant project if needed] | [Context] | [Dates]</w:t>
      </w:r>
    </w:p>
    <w:p>
      <w:pPr>
        <w:pStyle w:val="ListBullet"/>
      </w:pPr>
      <w:r>
        <w:t>[Add your contribution. Delete this project if it is not relevant.]</w:t>
      </w:r>
    </w:p>
    <w:p>
      <w:pPr>
        <w:pStyle w:val="Heading1"/>
      </w:pPr>
      <w:r>
        <w:t>Volunteering or Other Experience</w:t>
      </w:r>
    </w:p>
    <w:p>
      <w:r>
        <w:t>[Actual role] | [Organization] | [Dates]</w:t>
      </w:r>
    </w:p>
    <w:p>
      <w:pPr>
        <w:pStyle w:val="ListBullet"/>
      </w:pPr>
      <w:r>
        <w:t>[Describe a real task you performed. Delete this section if it does not apply.]</w:t>
      </w:r>
    </w:p>
    <w:p>
      <w:pPr>
        <w:pStyle w:val="Heading1"/>
      </w:pPr>
      <w:r>
        <w:t>Skills</w:t>
      </w:r>
    </w:p>
    <w:p>
      <w:r>
        <w:t>[Tools you have used] | [Relevant practical skills] | [Languages and actual level]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2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 Level Resume Starter</dc:title>
  <dc:subject>Editable resume placeholders for applicants without paid experience</dc:subject>
  <dc:creator>Brainbaby</dc:creator>
  <cp:keywords/>
  <dc:description/>
  <cp:lastModifiedBy>Brainbaby</cp:lastModifiedBy>
  <cp:revision>1</cp:revision>
  <dcterms:created xsi:type="dcterms:W3CDTF">2026-10-06T00:00:00Z</dcterms:created>
  <dcterms:modified xsi:type="dcterms:W3CDTF">2026-10-06T00:00:00Z</dcterms:modified>
  <cp:category/>
</cp:coreProperties>
</file>